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SOUND GUARDIAN</w:t>
      </w:r>
    </w:p>
    <w:p>
      <w:pPr>
        <w:jc w:val="center"/>
      </w:pPr>
      <w:r>
        <w:rPr>
          <w:b/>
          <w:sz w:val="26"/>
        </w:rPr>
        <w:t>AI-Powered Environmental Awareness &amp; Safety Device</w:t>
      </w:r>
    </w:p>
    <w:p>
      <w:pPr>
        <w:jc w:val="center"/>
      </w:pPr>
      <w:r>
        <w:rPr>
          <w:i/>
        </w:rPr>
        <w:t>Project Concept &amp; Development CV</w:t>
      </w:r>
    </w:p>
    <w:p>
      <w:r>
        <w:rPr>
          <w:b/>
          <w:sz w:val="26"/>
        </w:rPr>
        <w:t>PROJECT SUMMARY</w:t>
      </w:r>
    </w:p>
    <w:p>
      <w:r>
        <w:t>Sound Guardian is an AI-powered wearable or portable environmental-awareness device designed to help users better understand important sounds and activity occurring around them in real time. The project combines microphones, audio processing, artificial intelligence, sound classification, and spoken notifications to interpret environmental audio and communicate potentially important information to the user.</w:t>
      </w:r>
    </w:p>
    <w:p>
      <w:r>
        <w:rPr>
          <w:b/>
          <w:sz w:val="26"/>
        </w:rPr>
        <w:t>PROJECT VISION</w:t>
      </w:r>
    </w:p>
    <w:p>
      <w:r>
        <w:t>The goal of Sound Guardian is to create a practical intelligent assistant for environmental awareness. Instead of requiring a person to continuously monitor every sound, the system is intended to analyze the surrounding audio and identify sounds, voices, and possible warning events that may deserve the user's attention.</w:t>
      </w:r>
    </w:p>
    <w:p>
      <w:r>
        <w:rPr>
          <w:b/>
          <w:sz w:val="26"/>
        </w:rPr>
        <w:t>CORE CONCEPT</w:t>
      </w:r>
    </w:p>
    <w:p>
      <w:pPr>
        <w:pStyle w:val="ListBullet"/>
      </w:pPr>
      <w:r>
        <w:t>Real-time environmental sound detection and classification.</w:t>
      </w:r>
    </w:p>
    <w:p>
      <w:pPr>
        <w:pStyle w:val="ListBullet"/>
      </w:pPr>
      <w:r>
        <w:t>AI-assisted analysis of nearby voices and other audible events.</w:t>
      </w:r>
    </w:p>
    <w:p>
      <w:pPr>
        <w:pStyle w:val="ListBullet"/>
      </w:pPr>
      <w:r>
        <w:t>Spoken alerts that communicate detected information to the user.</w:t>
      </w:r>
    </w:p>
    <w:p>
      <w:pPr>
        <w:pStyle w:val="ListBullet"/>
      </w:pPr>
      <w:r>
        <w:t>Portable or wearable hardware suitable for everyday use and specialized situations.</w:t>
      </w:r>
    </w:p>
    <w:p>
      <w:pPr>
        <w:pStyle w:val="ListBullet"/>
      </w:pPr>
      <w:r>
        <w:t>Potential integration with Bluetooth headphones or another personal audio interface.</w:t>
      </w:r>
    </w:p>
    <w:p>
      <w:pPr>
        <w:pStyle w:val="ListBullet"/>
      </w:pPr>
      <w:r>
        <w:t>A design approach focused on continuous environmental awareness without requiring constant human attention.</w:t>
      </w:r>
    </w:p>
    <w:p>
      <w:r>
        <w:rPr>
          <w:b/>
          <w:sz w:val="26"/>
        </w:rPr>
        <w:t>POTENTIAL APPLICATIONS</w:t>
      </w:r>
    </w:p>
    <w:p>
      <w:pPr>
        <w:pStyle w:val="ListBullet"/>
      </w:pPr>
      <w:r>
        <w:t>Personal safety and situational awareness.</w:t>
      </w:r>
    </w:p>
    <w:p>
      <w:pPr>
        <w:pStyle w:val="ListBullet"/>
      </w:pPr>
      <w:r>
        <w:t>Accessibility and assistive technology.</w:t>
      </w:r>
    </w:p>
    <w:p>
      <w:pPr>
        <w:pStyle w:val="ListBullet"/>
      </w:pPr>
      <w:r>
        <w:t>Outdoor recreation, hiking, and camping.</w:t>
      </w:r>
    </w:p>
    <w:p>
      <w:pPr>
        <w:pStyle w:val="ListBullet"/>
      </w:pPr>
      <w:r>
        <w:t>First-responder and emergency-support applications.</w:t>
      </w:r>
    </w:p>
    <w:p>
      <w:pPr>
        <w:pStyle w:val="ListBullet"/>
      </w:pPr>
      <w:r>
        <w:t>People working or traveling in environments where awareness of surrounding sounds is important.</w:t>
      </w:r>
    </w:p>
    <w:p>
      <w:pPr>
        <w:pStyle w:val="ListBullet"/>
      </w:pPr>
      <w:r>
        <w:t>Future specialized versions for additional accessibility and safety needs.</w:t>
      </w:r>
    </w:p>
    <w:p>
      <w:r>
        <w:rPr>
          <w:b/>
          <w:sz w:val="26"/>
        </w:rPr>
        <w:t>PROPOSED TECHNOLOGY</w:t>
      </w:r>
    </w:p>
    <w:p>
      <w:pPr>
        <w:pStyle w:val="ListBullet"/>
      </w:pPr>
      <w:r>
        <w:t>Microphone array / environmental microphones</w:t>
      </w:r>
    </w:p>
    <w:p>
      <w:pPr>
        <w:pStyle w:val="ListBullet"/>
      </w:pPr>
      <w:r>
        <w:t>Embedded computing platform</w:t>
      </w:r>
    </w:p>
    <w:p>
      <w:pPr>
        <w:pStyle w:val="ListBullet"/>
      </w:pPr>
      <w:r>
        <w:t>Artificial intelligence and machine-learning sound classification</w:t>
      </w:r>
    </w:p>
    <w:p>
      <w:pPr>
        <w:pStyle w:val="ListBullet"/>
      </w:pPr>
      <w:r>
        <w:t>Digital signal processing and audio analysis</w:t>
      </w:r>
    </w:p>
    <w:p>
      <w:pPr>
        <w:pStyle w:val="ListBullet"/>
      </w:pPr>
      <w:r>
        <w:t>Speech and voice analysis</w:t>
      </w:r>
    </w:p>
    <w:p>
      <w:pPr>
        <w:pStyle w:val="ListBullet"/>
      </w:pPr>
      <w:r>
        <w:t>Text-to-speech or spoken-alert system</w:t>
      </w:r>
    </w:p>
    <w:p>
      <w:pPr>
        <w:pStyle w:val="ListBullet"/>
      </w:pPr>
      <w:r>
        <w:t>Bluetooth connectivity</w:t>
      </w:r>
    </w:p>
    <w:p>
      <w:pPr>
        <w:pStyle w:val="ListBullet"/>
      </w:pPr>
      <w:r>
        <w:t>Rechargeable battery and power-management system</w:t>
      </w:r>
    </w:p>
    <w:p>
      <w:pPr>
        <w:pStyle w:val="ListBullet"/>
      </w:pPr>
      <w:r>
        <w:t>Portable enclosure and user controls</w:t>
      </w:r>
    </w:p>
    <w:p>
      <w:r>
        <w:rPr>
          <w:b/>
          <w:sz w:val="26"/>
        </w:rPr>
        <w:t>DEVELOPMENT OBJECTIVES</w:t>
      </w:r>
    </w:p>
    <w:p>
      <w:pPr>
        <w:pStyle w:val="ListBullet"/>
      </w:pPr>
      <w:r>
        <w:t>Build an initial working prototype.</w:t>
      </w:r>
    </w:p>
    <w:p>
      <w:pPr>
        <w:pStyle w:val="ListBullet"/>
      </w:pPr>
      <w:r>
        <w:t>Test microphone performance and real-time audio capture.</w:t>
      </w:r>
    </w:p>
    <w:p>
      <w:pPr>
        <w:pStyle w:val="ListBullet"/>
      </w:pPr>
      <w:r>
        <w:t>Develop and evaluate AI-based sound recognition.</w:t>
      </w:r>
    </w:p>
    <w:p>
      <w:pPr>
        <w:pStyle w:val="ListBullet"/>
      </w:pPr>
      <w:r>
        <w:t>Create understandable spoken alerts and notifications.</w:t>
      </w:r>
    </w:p>
    <w:p>
      <w:pPr>
        <w:pStyle w:val="ListBullet"/>
      </w:pPr>
      <w:r>
        <w:t>Evaluate response time, accuracy, battery life, and usability.</w:t>
      </w:r>
    </w:p>
    <w:p>
      <w:pPr>
        <w:pStyle w:val="ListBullet"/>
      </w:pPr>
      <w:r>
        <w:t>Develop the prototype toward a reliable, manufacturable product.</w:t>
      </w:r>
    </w:p>
    <w:p>
      <w:r>
        <w:rPr>
          <w:b/>
          <w:sz w:val="26"/>
        </w:rPr>
        <w:t>PROJECT STATUS</w:t>
      </w:r>
    </w:p>
    <w:p>
      <w:r>
        <w:t>Sound Guardian is a concept and prototype-development project. The current objective is to develop and test the core hardware and software architecture before progressing toward a refined product design and broader real-world testing.</w:t>
      </w:r>
    </w:p>
    <w:p>
      <w:r>
        <w:rPr>
          <w:b/>
          <w:sz w:val="26"/>
        </w:rPr>
        <w:t>KEYWORDS</w:t>
      </w:r>
    </w:p>
    <w:p>
      <w:r>
        <w:t>Artificial Intelligence, AI, Environmental Awareness, Sound Recognition, Audio Processing, Machine Learning, Personal Safety, Accessibility, Assistive Technology, Real-Time Audio Analysis, Voice Recognition, Wearable Technology, Smart Device, First Responder Technology, Safety Technology</w:t>
      </w:r>
    </w:p>
    <w:p>
      <w:r>
        <w:rPr>
          <w:b/>
          <w:sz w:val="26"/>
        </w:rPr>
        <w:t>PROJECT PURPOSE</w:t>
      </w:r>
    </w:p>
    <w:p>
      <w:r>
        <w:t>Sound Guardian is being developed with the long-term goal of creating technology that can help people recognize and understand their auditory environment more effectively. The project seeks to combine practical hardware with AI in a compact system that can provide useful environmental information when human attention alone may not be sufficient.</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